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מילות שאלה: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ולהבחין בין מילות השאלה השונות ותפקידן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נכון במילות שאלה מתקדמות כמו באיזה אופן ומאיזו סיבה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איזה/איזו/אילו למין ולמספר של 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טקסט ולהשיב על שאלות הבנה תוך שימוש מדויק במילות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מילות שאלה בסיסיות: מי, מה, איפה, לאן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(שואלים על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(שואלים על דבר או חפץ)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(שואלים על מקום שבו נמצא משהו)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(שואלים על כיוון או יעד שאליו הולכים)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מילות שאלה בסיסיות: מי, מה, איפה, לאן – השלמה במשפטים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מילות שאלה בסיסיות: מי, מה, איפה, לאן – התאמת שאלה לתשובה מהקטע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לאן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זמן וכמות: מתי, כמה, עד מתי – זיהוי ראשוני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מתי?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עד מתי?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זמן וכמות: מתי, כמה, עד מתי –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'מתי' שואלת על זמן, לא על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אכן, 'כמה' שואלת על כמות או 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השאלה 'עד מתי' שואלת על מועד הסיום, לא על גיל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זמן וכמות: מתי, כמה, עד מתי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זמן וכמות: מתי, כמה, עד מתי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(שואלת על נקודת זמן מסוימת)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(שואלת על כמות או מספר)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(שואלת על הזמן שבו משהו מסתיים)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(שואלת על משך הזמן)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סיבה ואופן: למה, מדוע, איך, באיזה אופן – זיהוי מילות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הדרך לעשות משהו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סיבה ואופן: למה, מדוע, איך, באיזה אופן – מתוך קטע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(שאלה על 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(שאלה על אופן או דרך)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(מילה נרדפת ל'מדוע')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(מילה נרדפת ל'איך')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(שאלה מפורטת שמבררת את הגורם לדבר)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סיבה ואופן: למה, מדוע, איך, באיזה אופן – הבנה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'לשם מה' שואלת על מטרה או תכלית, ו'מאיזו סיבה' שואלת על הגורם לדבר. בקטע: 'לשם מה לשאול, אם אפשר לחפש לבד?' עוסקת בתכלית.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כששואלים אדם מקבלים לא רק תשובה אלא גם קשר עם מישהו.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חופשית, למשל: באיזה אופן אפשר ללמוד שפה חדשה בקלות?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 היא מבררת את הגורם או הטעם לדבר, ולא את הדרך או הצורה שבה עושים אותו.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איזה, איזו, אילו ושאלות הכרות – התאמת מילת השאלה לשם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(איזו)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(אילו)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(איזו)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(אילו)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איזה, איזו, אילו ושאלות הכרות – השלימו את מילת השאלה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איזה, איזו, אילו ושאלות הכרות – כותבים שאלות 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איזה חוג אתה אוהב?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איזו שכונה את גרה בה?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אילו ספרים את אוהבת?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לדוגמה: איזה חוג אתה מלמד? איזו שפה קשה לך? אילו שירים את אוהבת?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קריאה והבנה: הסיפור על תמר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שש־עשרה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קריאה והבנה: הסיפור על תמר – נכון או לא נכון ומשפטים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בתחילת הקטע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בקטע נכתב שהיא מתנדבת בכל יום חמישי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קריאה והבנה: הסיפור על תמר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טלפון חכם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קריאה והבנה: הסיפור על תמר – התאמת שאלות לדוגמאות מהקטע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(איפה התחנה?)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(כמה זה עולה?)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(מדוע אומרים את זה כך?)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(באיזה אופן אפשר להתנדב בעיר?)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(ממתי את רוצה להיות מורה?)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איפה התחנה?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כיוון או יעד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אין הבדל של ממש, שתיהן שואלות על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אילו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משך ההתנדבות שלה במרכז הקהילתי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שתיהן שואלות על סיבה, אך 'מדוע' נשמעת גבוהה או רשמית יותר; למשל: 'למה אתה מאחר?' לעומת 'מדוע התאחרת לשיעור?'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איזו בחינה יש לנו מחר?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איפה אפשר ללמוד עברית? ומתי כדאי להתחיל להתנדב?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מצליח/ה לתת דוגמה למילת שאלה של זמן ולמילת שאלה של סיבה בנפרד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בוחר/ת נכון בין איזה/איזו/אילו לפי שם העצם שאחריו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שנכתבה רלוונטית לטקסט ומשתמשת נכון במילת השאלה שנבחרה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ללמד את החוברת לאורך שני עד שלושה שיעורים, פרק או שניים בכל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בפרקים 1-2 ולדלג על באיזה אופן ומאיזו סיבה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דרישה לכתוב שאלות בעצמם בכל פרק, לא רק בפרק האחרון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את קטע הקריאה בקול רם בכיתה לפני העבודה העצמאית על שאלות ההבנה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מילות שאלה: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נתרגל מילות שאלה. עוברים פרק אחרי פרק, וכותבים תשובות קצרות וברורות.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שפותחת שאלה, כמו מי, מה, איפה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דבר או עניין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/ היכן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כיוון או יעד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/ מדוע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סיבה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/ באיזה אופן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דרך או צורה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/ איזו / אילו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בחירה מתוך אפשרויות, בהתאמה למין ולמספר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מאיזו סיבה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ניסוח גבוה יותר לשאלת סיבה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מילות שאלה בסיסיות: מי, מה, איפה, לאן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שואלים על דבר או חפץ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שואלים על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איפה?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שואלים על כיוון או יעד שאליו הולכים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לאן?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שואלים על מקום שבו נמצא משהו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מילות שאלה בסיסיות: מי, מה, איפה, לאן – השלמה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גר בבית הגדול ברחוב?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קוראים לספר שקנית?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נמצאת הכיתה שלכם בבית הספר?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אתם הולכים אחרי הלימודים היום?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התנדבה תמר כל יום חמישי?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__________ תמר מתכננת ללמוד כשתהיה גדולה?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מילות שאלה בסיסיות: מי, מה, איפה, לאן – התאמת שאלה לתשובה מהקטע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קיבלה את התשובה הזו?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שואלים בתשובה הזו?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קורה הדבר?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לאן הלכה תמר?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זמן וכמות: מתי, כמה, עד מתי – זיהוי ראשוני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שואלת מתי קרה משהו?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שואלת כמה יש מהדבר?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מילת שאלה מתאימה ל'יום חמישי'?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מילת שאלה שואלת על הזמן שבו משהו מסתיים?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 מתי?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זמן וכמות: מתי, כמה, עד מתי –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'מתי' שואלת על 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'כמה' יכולה לשאול על מחיר, כמו 'כמה זה עולה?'.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'עד מתי אפשר להתנדב?' שואלת על גיל ההתנדבות.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זמן וכמות: מתי, כמה, עד מתי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 עלתה לישראל __________ שש־עשרה.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תמר מתנדבת במרכז הקהילתי? בכל יום חמישי.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שאלות החליטה תמר לשאול בכל יום? לפחות אחת.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זמן וכמות: מתי, כמה, עד מתי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מתי?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שואלת על משך הזמן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שואלת על נקודת זמן מסוימת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עד מתי?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שואלת על כמות או מספר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כמה זמן?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שואלת על הזמן שבו משהו מסתיים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סיבה ואופן: למה, מדוע, איך, באיזה אופן – זיהוי מילות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מבררת 'בגלל מה קרה משהו'?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שואלת על הדרך לעשות 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שואלת המילה 'מדוע'?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שואלת המילה 'באיזה אופן'?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הדרך לעשות 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סיבה ואופן: למה, מדוע, איך, באיזה אופן – מתוך קטע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מדוע אומרים את זה כך?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שאלה מפורטת שמבררת את הגורם לדבר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באיזה אופן אפשר להתנדב בעיר?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שאלה על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מילה נרדפת ל'איך'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כיצד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מילה נרדפת ל'מדוע'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מאיזו סיבה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שאלה על אופן או דרך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סיבה ואופן: למה, מדוע, איך, באיזה אופן – הבנה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ההבדל בין 'לשם מה?' לבין 'מאיזו סיבה?'? הביאו דוגמה מהקטע.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לפי הקטע, מדוע תמר מעדיפה לשאול אדם ולא לחפש תשובה לבד?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שאלה אחת עם 'באיזה אופן' על נושא מהחיים שלכם (לא מהקטע).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מדוע השאלה 'מדוע כדאי לשאול שאלות?' שואלת על סיבה ולא על אופן.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איזה, איזו, אילו ושאלות הכרות – התאמת מילת השאלה לשם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___ ספר אתה קורא עכשיו?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___ עיר את גרה?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איזו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___ שירים אתם אוהבים?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___ כיתה את לומדת?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___ חברים הזמנת למסיבה?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איזו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איזה, איזו, אילו ושאלות הכרות – השלימו את מילת השאלה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מורה מלמד אתכם היסטוריה?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שאלה שאלת את המורה?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ספרים קראת השנה?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מדינה תמר עלתה ממנה?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פעילויות תמר עושה במרכז הקהילתי?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איזה, איזו, אילו ושאלות הכרות – כותבים שאלות היכרות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שאלת היכרות בעזרת המילה "איזה", כמו שאלה שאפשר לשאול חבר חדש בכיתה.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שאלת היכרות בעזרת המילה "איזו".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שאלת היכרות בעזרת המילה "אילו".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דמיינו שאתם פוגשים את תמר מהקטע. כתבו שלוש שאלות היכרות אליה, כל אחת עם מילת שאלה אחרת – איזה, איזו, אילו.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קריאה והבנה: הסיפור על תמר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מאיפה הגיעה תמר?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ברזיל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גילה של תמר כשעלתה?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שש־עשרה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שמונה־עשרה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קריאה והבנה: הסיפור על תמר – נכון או לא נכון ומשפטים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החליטה לשאול לפחות שאלה אחת בעברית בכל 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מתנדבת במרכז הקהילתי בכל יום 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קריאה והבנה: הסיפור על תמר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 מלמדת את המבוגרים במרכז הקהילתי להשתמש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תמר ענתה לחברה שכששואלים אדם מקבלים לא רק תשובה אלא גם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קריאה והבנה: הסיפור על תמר – התאמת שאלות לדוגמאות מהקטע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איפה?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באיזה אופן אפשר להתנדב בעיר?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ממתי את רוצה להיות מורה?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מדוע?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כמה זה עולה?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באיזה אופן?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מדוע אומרים את זה כך?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ממתי?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איפה התחנה?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שואלת 'באיזה מקום'?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שואלת 'באיזה יום/שעה'?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שואלת כמה יש מזה?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שאלה פשוטה שאלה תמר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 התחנה?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מדוע אומרים את זה כך?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באיזה אופן אפשר להתנדב?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ממתי את רוצה להיות מורה?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'לאן' שואלת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כיוון או יעד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האם 'למה' ו'מדוע' שואלות על אותו 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של ממש, שתיהן שואלות על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'למה' שואלת על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'מדוע' שואלת על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'למה' מתאימה רק לרבים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איזו מילה מתאימה ל'כמה דברים ברבים'?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'עד מתי' שואלת על סיום או משך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משך ההתנדבות שלה במרכז הקהילתי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 התחנה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מחיר הכרטיס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המדריכה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ההבדל, אם בכלל, בין 'למה' ל'מדוע', ותנו דוגמה אחת לכל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שאלה אחד עם המילה 'איזו' על נושא מבית הספר.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בהתבסס על הסיפור על תמר, כתבו שתי שאלות שהיא יכלה לשאול את עצמה כשהגיעה לישראל, כל שאלה עם מילת שאלה אחרת.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להבדיל בין מילת שאלה של זמן לבין מילת שאלה של סיבה - נכון או לא 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להשתמש נכון באיזה, איזו ואילו לפי מין ורבים - נכון או לא 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לכתוב שאלה בעצמי על טקסט שקראתי, עם מילת שאלה מתאימה - נכון או לא 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מילות שאלה: מי? מה? איפה?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