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מילות שאלה: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ולהבחין בין מילות השאלה השונות ותפקידן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במילות שאלה מתקדמות כמו באיזה אופן ומאיזו 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איזה/איזו/אילו למין ולמספר של 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טקסט ולהשיב על שאלות הבנה תוך שימוש מדויק במילות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מילות שאלה בסיסיות: מי, מה, איפה, לאן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(שואלים על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(שואלים על דבר או 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(שואלים על מקום שבו נמצא משהו)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מילות שאלה בסיסיות: מי, מה, איפה, לאן – השלמה במשפטים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מילות שאלה בסיסיות: מי, מה, איפה, לאן – התאמת שאלה לתשובה מהקטע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זמן וכמות: מתי, כמה, עד מתי – זיהוי ראשוני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מתי?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זמן וכמות: מתי, כמה, עד מתי –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'מתי' שואלת על זמן, לא על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אכן, 'כמה' שואלת על כמות או מחיר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זמן וכמות: מתי, כמה, עד מתי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זמן וכמות: מתי, כמה, עד מתי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(שואלת על נקודת זמן מסוימת)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(שואלת על כמות או מספר)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סיבה ואופן: למה, מדוע, איך, באיזה אופן – זיהוי מילות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סיבה ואופן: למה, מדוע, איך, באיזה אופן – מתוך קטע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(שאלה על 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(שאלה על אופן או 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(מילה נרדפת ל'מדוע')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סיבה ואופן: למה, מדוע, איך, באיזה אופן – הבנה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כששואלים אדם מקבלים לא רק תשובה אלא גם קשר עם מישהו.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איזה, איזו, אילו ושאלות הכרות – התאמת מילת השאלה לשם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(איזו)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(איזו)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איזה, איזו, אילו ושאלות הכרות – השלימו את מילת השאלה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איזו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איזה, איזו, אילו ושאלות הכרות – כותבים שאלות 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איזה חוג אתה אוהב?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איזו שכונה את גרה בה?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קריאה והבנה: הסיפור על תמר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שש־עשרה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קריאה והבנה: הסיפור על תמר – נכון או לא נכון ומשפטים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בתחילת הקטע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בקטע נכתב שהיא מתנדבת בכל יום חמישי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קריאה והבנה: הסיפור על תמר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טלפון חכם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קריאה והבנה: הסיפור על תמר – התאמת שאלות לדוגמאות מהקטע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(איפה התחנה?)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(כמה זה עולה?)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(מדוע אומרים את זה כך?)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(באיזה אופן אפשר להתנדב בעיר?)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שתיהן שואלות על סיבה, אך 'מדוע' נשמעת גבוהה או רשמית יותר; למשל: 'למה אתה מאחר?' לעומת 'מדוע התאחרת לשיעור?'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מצליח/ה לתת דוגמה למילת שאלה של זמן ולמילת שאלה של סיבה בנפרד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בוחר/ת נכון בין איזה/איזו/אילו לפי שם העצם שאחריו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שנכתבה רלוונטית לטקסט ומשתמשת נכון במילת השאלה שנבחרה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את החוברת לאורך שני עד שלושה שיעורים, פרק או שניים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בפרקים 1-2 ולדלג על באיזה אופן ומאיזו 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דרישה לכתוב שאלות בעצמם בכל פרק, לא רק בפרק האחרון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קטע הקריאה בקול רם בכיתה לפני העבודה העצמאית על שאלות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מילות שאלה: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תתרגלו את כל מילות השאלה שלמדתם, מהפשוטות ועד המתקדמות. עברו על הפרקים לפי הסדר, ובסיום כל פרק בדקו את עצמכם מול מפתח התשובות.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איזו  ·  טלפון חכם  ·  איזה  ·  קשר  ·  איפה  ·  בגיל  ·  מי  ·  מה  ·  מתי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מילות שאלה בסיסיות: מי, מה, איפה, לאן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שואלים על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שואלים על דבר או 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איפה?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שואלים על מקום שבו נמצא 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מילות שאלה בסיסיות: מי, מה, איפה, לאן – השלמה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גר בבית הגדול ברחוב?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קוראים לספר שקנית?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נמצאת הכיתה שלכם בבית הספר?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מילות שאלה בסיסיות: מי, מה, איפה, לאן – התאמת שאלה לתשובה מהקטע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התשובה היא: "קבוצת בני נוער" – איזו מילת שאלה מתאימה לשאלה שהביאה לתשובה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התשובה היא: "ללמד מבוגרים להשתמש בטלפון חכם" – איזו מילת שאלה מתאימה?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זמן וכמות: מתי, כמה, עד מתי – זיהוי ראשוני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מילת שאלה מתאימה כששואלים על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מילת שאלה שואלת על כמות?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במשפט 'בכל יום חמישי תמר מתנדבת במרכז' – איזו שאלה מתאימה לתשובה?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למה?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זמן וכמות: מתי, כמה, עד מתי 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'מתי' שואלת על 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'כמה' יכולה לשאול על מחיר, כמו 'כמה זה עולה?'.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זמן וכמות: מתי, כמה, עד מתי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תמר עלתה לישראל __________ שש־עשרה.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תמר מתנדבת במרכז הקהילתי? בכל יום חמישי.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זמן וכמות: מתי, כמה, עד מתי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מתי?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שואלת על כמות או מספר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שואלת על נקודת זמן מסוימת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סיבה ואופן: למה, מדוע, איך, באיזה אופן – זיהוי מילות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שואלת על סיבה?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שואלת כיצד עושים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שואלת המילה 'מדוע'?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סיבה ואופן: למה, מדוע, איך, באיזה אופן – מתוך קטע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מדוע אומרים את זה כך?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שאלה על אופן או דרך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באיזה אופן אפשר להתנדב בעיר?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מילה נרדפת ל'מדוע'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שאלה על סיבה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סיבה ואופן: למה, מדוע, איך, באיזה אופן – הבנה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הקטע, מדוע תמר מעדיפה לשאול אדם ולא לחפש תשובה לבד?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איזה, איזו, אילו ושאלות הכרות – התאמת מילת השאלה לשם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___ ספר אתה קורא עכשיו?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___ עיר את גרה?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___ שירים אתם אוהבים?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איזו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___ כיתה את לומדת?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איזו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איזה, איזו, אילו ושאלות הכרות – השלימו את מילת השאלה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מורה מלמד אתכם היסטוריה?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שאלה שאלת את המורה?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איזה, איזו, אילו ושאלות הכרות – כותבים שאלות 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שאלת היכרות בעזרת המילה "איזה", כמו שאלה שאפשר לשאול חבר חדש בכיתה.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שאלת היכרות בעזרת המילה "איזו".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קריאה והבנה: הסיפור על תמר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מאיזו מדינה עלתה תמר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ברזיל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בן כמה הייתה תמר כשעלתה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שש־עשרה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שמונה־עשרה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קריאה והבנה: הסיפור על תמר – נכון או לא נכון ומשפטים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החליטה לשאול לפחות שאלה אחת בעברית בכל 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מתנדבת במרכז הקהילתי בכל יום 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קריאה והבנה: הסיפור על תמר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תמר מלמדת את המבוגרים במרכז הקהילתי להשתמש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תמר ענתה לחברה שכששואלים אדם מקבלים לא רק תשובה אלא גם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קריאה והבנה: הסיפור על תמר – התאמת שאלות לדוגמאות מהקטע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איפה?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כמה זה עולה?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באיזה אופן אפשר להתנדב בעיר?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מדוע?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איפה התחנה?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באיזה אופן?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מדוע אומרים את זה כך?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מילת שאלה מתאימה כששואלים על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מילת שאלה מתאימה כששואלים על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מילת שאלה מתאימה כששואלים על כמות או מספר?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ההבדל, אם בכלל, בין 'למה' ל'מדוע', ותנו דוגמה אחת לכל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להבדיל בין מילת שאלה של זמן לבין מילת שאלה של סיבה - נכון או לא 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להשתמש נכון באיזה, איזו ואילו לפי מין ורבים - נכון או לא 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מילות שאלה: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